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8A6" w:rsidRPr="000E75FE" w:rsidRDefault="005703F4">
      <w:pPr>
        <w:pStyle w:val="Heading1"/>
        <w:rPr>
          <w:rFonts w:ascii="Arial Black" w:hAnsi="Arial Black"/>
        </w:rPr>
      </w:pPr>
      <w:r w:rsidRPr="000E75FE">
        <w:rPr>
          <w:rFonts w:ascii="Arial Black" w:hAnsi="Arial Black"/>
        </w:rPr>
        <w:t>MCS Audit Checklist</w:t>
      </w:r>
    </w:p>
    <w:p w:rsidR="000E75FE" w:rsidRDefault="000E75FE"/>
    <w:p w:rsidR="00EE68A6" w:rsidRDefault="005703F4">
      <w:r>
        <w:rPr>
          <w:sz w:val="24"/>
        </w:rPr>
        <w:t>☐</w:t>
      </w:r>
      <w:r>
        <w:rPr>
          <w:sz w:val="24"/>
        </w:rPr>
        <w:t xml:space="preserve"> Quality Management System (QMS) manual</w:t>
      </w:r>
    </w:p>
    <w:p w:rsidR="00EE68A6" w:rsidRDefault="005703F4">
      <w:r>
        <w:rPr>
          <w:sz w:val="24"/>
        </w:rPr>
        <w:t>☐</w:t>
      </w:r>
      <w:r>
        <w:rPr>
          <w:sz w:val="24"/>
        </w:rPr>
        <w:t xml:space="preserve"> Installation design and commissioning records</w:t>
      </w:r>
    </w:p>
    <w:p w:rsidR="00EE68A6" w:rsidRDefault="005703F4">
      <w:r>
        <w:rPr>
          <w:sz w:val="24"/>
        </w:rPr>
        <w:t>☐</w:t>
      </w:r>
      <w:r>
        <w:rPr>
          <w:sz w:val="24"/>
        </w:rPr>
        <w:t xml:space="preserve"> Staff training </w:t>
      </w:r>
      <w:r>
        <w:rPr>
          <w:sz w:val="24"/>
        </w:rPr>
        <w:t>certificates and CPD logs</w:t>
      </w:r>
    </w:p>
    <w:p w:rsidR="00EE68A6" w:rsidRDefault="005703F4">
      <w:r>
        <w:rPr>
          <w:sz w:val="24"/>
        </w:rPr>
        <w:t>☐</w:t>
      </w:r>
      <w:r>
        <w:rPr>
          <w:sz w:val="24"/>
        </w:rPr>
        <w:t xml:space="preserve"> Complaints handling log</w:t>
      </w:r>
    </w:p>
    <w:p w:rsidR="00EE68A6" w:rsidRDefault="005703F4">
      <w:r>
        <w:rPr>
          <w:sz w:val="24"/>
        </w:rPr>
        <w:t>☐</w:t>
      </w:r>
      <w:r>
        <w:rPr>
          <w:sz w:val="24"/>
        </w:rPr>
        <w:t xml:space="preserve"> Product technical documentation</w:t>
      </w:r>
    </w:p>
    <w:p w:rsidR="00EE68A6" w:rsidRDefault="005703F4">
      <w:r>
        <w:rPr>
          <w:sz w:val="24"/>
        </w:rPr>
        <w:t>☐</w:t>
      </w:r>
      <w:r>
        <w:rPr>
          <w:sz w:val="24"/>
        </w:rPr>
        <w:t xml:space="preserve"> Risk assessments and method statements</w:t>
      </w:r>
    </w:p>
    <w:p w:rsidR="00EE68A6" w:rsidRDefault="005703F4">
      <w:r>
        <w:rPr>
          <w:sz w:val="24"/>
        </w:rPr>
        <w:t>☐</w:t>
      </w:r>
      <w:r>
        <w:rPr>
          <w:sz w:val="24"/>
        </w:rPr>
        <w:t xml:space="preserve"> Insurance certificates</w:t>
      </w:r>
    </w:p>
    <w:p w:rsidR="00EE68A6" w:rsidRDefault="005703F4">
      <w:r>
        <w:rPr>
          <w:sz w:val="24"/>
        </w:rPr>
        <w:t>☐</w:t>
      </w:r>
      <w:r>
        <w:rPr>
          <w:sz w:val="24"/>
        </w:rPr>
        <w:t xml:space="preserve"> Calibration certificates for test equipment</w:t>
      </w:r>
    </w:p>
    <w:p w:rsidR="00EE68A6" w:rsidRDefault="005703F4">
      <w:r>
        <w:rPr>
          <w:sz w:val="24"/>
        </w:rPr>
        <w:t>☐</w:t>
      </w:r>
      <w:r>
        <w:rPr>
          <w:sz w:val="24"/>
        </w:rPr>
        <w:t xml:space="preserve"> Subcontractor agreements and due diligence records</w:t>
      </w:r>
    </w:p>
    <w:p w:rsidR="00EE68A6" w:rsidRDefault="005703F4">
      <w:r>
        <w:br/>
        <w:t>Tip:</w:t>
      </w:r>
      <w:r>
        <w:t xml:space="preserve"> Create a digital folder labelled by year, and update it quarterly so you’re never sc</w:t>
      </w:r>
      <w:bookmarkStart w:id="0" w:name="_GoBack"/>
      <w:bookmarkEnd w:id="0"/>
      <w:r>
        <w:t>rambling at the last minute.</w:t>
      </w:r>
    </w:p>
    <w:sectPr w:rsidR="00EE68A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E75FE"/>
    <w:rsid w:val="0015074B"/>
    <w:rsid w:val="0029639D"/>
    <w:rsid w:val="00326F90"/>
    <w:rsid w:val="005703F4"/>
    <w:rsid w:val="00AA1D8D"/>
    <w:rsid w:val="00B47730"/>
    <w:rsid w:val="00CB0664"/>
    <w:rsid w:val="00EE68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C22B0DD-F45D-4F88-A04D-F6ACDC754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Scan Computers</Company>
  <LinksUpToDate>false</LinksUpToDate>
  <CharactersWithSpaces>496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James Curtis</cp:lastModifiedBy>
  <cp:revision>2</cp:revision>
  <dcterms:created xsi:type="dcterms:W3CDTF">2025-05-16T09:44:00Z</dcterms:created>
  <dcterms:modified xsi:type="dcterms:W3CDTF">2025-05-16T09:44:00Z</dcterms:modified>
</cp:coreProperties>
</file>